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ellrutenett"/>
        <w:tblW w:w="0" w:type="auto"/>
        <w:tblLook w:val="06A0" w:firstRow="1" w:lastRow="0" w:firstColumn="1" w:lastColumn="0" w:noHBand="1" w:noVBand="1"/>
      </w:tblPr>
      <w:tblGrid>
        <w:gridCol w:w="1545"/>
        <w:gridCol w:w="7815"/>
      </w:tblGrid>
      <w:tr w:rsidR="3148E36F" w14:paraId="32F84456" w14:textId="77777777" w:rsidTr="3148E36F">
        <w:trPr>
          <w:trHeight w:val="645"/>
        </w:trPr>
        <w:tc>
          <w:tcPr>
            <w:tcW w:w="1545" w:type="dxa"/>
            <w:shd w:val="clear" w:color="auto" w:fill="DBE5F1" w:themeFill="accent1" w:themeFillTint="33"/>
          </w:tcPr>
          <w:p w14:paraId="2D288637" w14:textId="094CFDCB" w:rsidR="3148E36F" w:rsidRDefault="3148E36F" w:rsidP="3148E36F"/>
          <w:p w14:paraId="08FC505E" w14:textId="1D888AD1" w:rsidR="6E8A341B" w:rsidRDefault="6E8A341B" w:rsidP="3148E36F">
            <w:r w:rsidRPr="3148E36F">
              <w:t>Formål:</w:t>
            </w:r>
          </w:p>
        </w:tc>
        <w:tc>
          <w:tcPr>
            <w:tcW w:w="7815" w:type="dxa"/>
            <w:shd w:val="clear" w:color="auto" w:fill="DBE5F1" w:themeFill="accent1" w:themeFillTint="33"/>
          </w:tcPr>
          <w:p w14:paraId="6936AB59" w14:textId="1B786677" w:rsidR="3148E36F" w:rsidRDefault="3148E36F" w:rsidP="3148E36F">
            <w:pPr>
              <w:rPr>
                <w:b/>
                <w:bCs/>
              </w:rPr>
            </w:pPr>
          </w:p>
        </w:tc>
      </w:tr>
      <w:tr w:rsidR="3148E36F" w14:paraId="5DFBAE5F" w14:textId="77777777" w:rsidTr="3148E36F">
        <w:trPr>
          <w:trHeight w:val="705"/>
        </w:trPr>
        <w:tc>
          <w:tcPr>
            <w:tcW w:w="1545" w:type="dxa"/>
            <w:shd w:val="clear" w:color="auto" w:fill="DBE5F1" w:themeFill="accent1" w:themeFillTint="33"/>
          </w:tcPr>
          <w:p w14:paraId="01E6C11C" w14:textId="0FA77FE1" w:rsidR="3148E36F" w:rsidRDefault="3148E36F" w:rsidP="3148E36F">
            <w:pPr>
              <w:rPr>
                <w:b/>
                <w:bCs/>
              </w:rPr>
            </w:pPr>
          </w:p>
          <w:p w14:paraId="19ACA236" w14:textId="2BE10AAC" w:rsidR="3148E36F" w:rsidRDefault="3148E36F" w:rsidP="3148E36F">
            <w:pPr>
              <w:rPr>
                <w:b/>
                <w:bCs/>
              </w:rPr>
            </w:pPr>
          </w:p>
          <w:p w14:paraId="7B449F79" w14:textId="1B8ABD4F" w:rsidR="7D104162" w:rsidRDefault="7D104162" w:rsidP="3148E36F">
            <w:r w:rsidRPr="3148E36F">
              <w:t>Navn</w:t>
            </w:r>
            <w:r w:rsidR="3148E36F" w:rsidRPr="3148E36F">
              <w:t>:</w:t>
            </w:r>
          </w:p>
        </w:tc>
        <w:tc>
          <w:tcPr>
            <w:tcW w:w="7815" w:type="dxa"/>
            <w:shd w:val="clear" w:color="auto" w:fill="DBE5F1" w:themeFill="accent1" w:themeFillTint="33"/>
          </w:tcPr>
          <w:p w14:paraId="7A3269BD" w14:textId="1B786677" w:rsidR="3148E36F" w:rsidRDefault="3148E36F" w:rsidP="3148E36F">
            <w:pPr>
              <w:rPr>
                <w:b/>
                <w:bCs/>
              </w:rPr>
            </w:pPr>
          </w:p>
        </w:tc>
      </w:tr>
      <w:tr w:rsidR="3148E36F" w14:paraId="15CD7F08" w14:textId="77777777" w:rsidTr="3148E36F">
        <w:trPr>
          <w:trHeight w:val="690"/>
        </w:trPr>
        <w:tc>
          <w:tcPr>
            <w:tcW w:w="1545" w:type="dxa"/>
            <w:shd w:val="clear" w:color="auto" w:fill="DBE5F1" w:themeFill="accent1" w:themeFillTint="33"/>
          </w:tcPr>
          <w:p w14:paraId="5E0DEED1" w14:textId="305A01E6" w:rsidR="3148E36F" w:rsidRDefault="3148E36F" w:rsidP="3148E36F"/>
          <w:p w14:paraId="550A5ACE" w14:textId="057558C5" w:rsidR="4E617B34" w:rsidRDefault="4E617B34" w:rsidP="3148E36F">
            <w:r w:rsidRPr="3148E36F">
              <w:t>Tidspunkt/ dato</w:t>
            </w:r>
          </w:p>
        </w:tc>
        <w:tc>
          <w:tcPr>
            <w:tcW w:w="7815" w:type="dxa"/>
            <w:shd w:val="clear" w:color="auto" w:fill="DBE5F1" w:themeFill="accent1" w:themeFillTint="33"/>
          </w:tcPr>
          <w:p w14:paraId="2B33F461" w14:textId="4C63CCC1" w:rsidR="3148E36F" w:rsidRDefault="3148E36F" w:rsidP="3148E36F">
            <w:pPr>
              <w:rPr>
                <w:b/>
                <w:bCs/>
              </w:rPr>
            </w:pPr>
          </w:p>
        </w:tc>
      </w:tr>
      <w:tr w:rsidR="3148E36F" w14:paraId="1DA4626E" w14:textId="77777777" w:rsidTr="3148E36F">
        <w:trPr>
          <w:trHeight w:val="555"/>
        </w:trPr>
        <w:tc>
          <w:tcPr>
            <w:tcW w:w="1545" w:type="dxa"/>
            <w:shd w:val="clear" w:color="auto" w:fill="DBE5F1" w:themeFill="accent1" w:themeFillTint="33"/>
          </w:tcPr>
          <w:p w14:paraId="4B190599" w14:textId="300A808E" w:rsidR="3148E36F" w:rsidRDefault="3148E36F" w:rsidP="3148E36F">
            <w:pPr>
              <w:rPr>
                <w:b/>
                <w:bCs/>
              </w:rPr>
            </w:pPr>
          </w:p>
          <w:p w14:paraId="46E6F2BA" w14:textId="754746B1" w:rsidR="3148E36F" w:rsidRDefault="3148E36F" w:rsidP="3148E36F">
            <w:pPr>
              <w:rPr>
                <w:b/>
                <w:bCs/>
              </w:rPr>
            </w:pPr>
          </w:p>
          <w:p w14:paraId="5C1024F3" w14:textId="11D01293" w:rsidR="4914E546" w:rsidRDefault="4914E546" w:rsidP="3148E36F">
            <w:r w:rsidRPr="3148E36F">
              <w:t>Sum:</w:t>
            </w:r>
          </w:p>
        </w:tc>
        <w:tc>
          <w:tcPr>
            <w:tcW w:w="7815" w:type="dxa"/>
            <w:shd w:val="clear" w:color="auto" w:fill="DBE5F1" w:themeFill="accent1" w:themeFillTint="33"/>
          </w:tcPr>
          <w:p w14:paraId="78D38062" w14:textId="527B2CF8" w:rsidR="3148E36F" w:rsidRDefault="3148E36F" w:rsidP="3148E36F">
            <w:pPr>
              <w:rPr>
                <w:b/>
                <w:bCs/>
              </w:rPr>
            </w:pPr>
          </w:p>
        </w:tc>
      </w:tr>
    </w:tbl>
    <w:p w14:paraId="41B2641F" w14:textId="7720A667" w:rsidR="00876636" w:rsidRDefault="00000000" w:rsidP="3148E36F">
      <w:pPr>
        <w:spacing w:after="240"/>
      </w:pPr>
      <w:r w:rsidRPr="3148E36F">
        <w:t>Kryss av</w:t>
      </w:r>
      <w:r w:rsidR="68A2CA1A" w:rsidRPr="3148E36F">
        <w:t xml:space="preserve"> riktig</w:t>
      </w:r>
      <w:r w:rsidRPr="3148E36F">
        <w:t>:</w:t>
      </w:r>
    </w:p>
    <w:p w14:paraId="23493FDA" w14:textId="72C6BA28" w:rsidR="00876636" w:rsidRDefault="00000000" w:rsidP="3148E36F">
      <w:pPr>
        <w:pStyle w:val="Listeavsnitt"/>
        <w:numPr>
          <w:ilvl w:val="0"/>
          <w:numId w:val="1"/>
        </w:numPr>
      </w:pPr>
      <w:r w:rsidRPr="3148E36F">
        <w:t>Har brukt fagforeningskor</w:t>
      </w:r>
      <w:r w:rsidR="6C3D225B" w:rsidRPr="3148E36F">
        <w:t>tet</w:t>
      </w:r>
    </w:p>
    <w:p w14:paraId="2BF618FB" w14:textId="2DB9C627" w:rsidR="731EC5E2" w:rsidRDefault="731EC5E2" w:rsidP="3148E36F">
      <w:pPr>
        <w:pStyle w:val="Listeavsnitt"/>
        <w:numPr>
          <w:ilvl w:val="0"/>
          <w:numId w:val="1"/>
        </w:numPr>
      </w:pPr>
      <w:r w:rsidRPr="3148E36F">
        <w:t>Har lagt ut/betalt selv</w:t>
      </w:r>
    </w:p>
    <w:p w14:paraId="3EC6C2E9" w14:textId="272A19B7" w:rsidR="00B206D8" w:rsidRDefault="731EC5E2" w:rsidP="00FD439B">
      <w:pPr>
        <w:pStyle w:val="Listeavsnitt"/>
        <w:numPr>
          <w:ilvl w:val="0"/>
          <w:numId w:val="1"/>
        </w:numPr>
      </w:pPr>
      <w:r w:rsidRPr="3148E36F">
        <w:t>Har brukt taxikort</w:t>
      </w:r>
      <w:r>
        <w:br/>
      </w:r>
      <w:proofErr w:type="spellStart"/>
      <w:r w:rsidR="00000000" w:rsidRPr="00FD439B">
        <w:rPr>
          <w:b/>
          <w:bCs/>
          <w:lang w:val="en-US"/>
        </w:rPr>
        <w:t>Overføres</w:t>
      </w:r>
      <w:proofErr w:type="spellEnd"/>
      <w:r w:rsidR="00000000" w:rsidRPr="00FD439B">
        <w:rPr>
          <w:b/>
          <w:bCs/>
          <w:lang w:val="en-US"/>
        </w:rPr>
        <w:t xml:space="preserve"> </w:t>
      </w:r>
      <w:proofErr w:type="spellStart"/>
      <w:r w:rsidR="00000000" w:rsidRPr="00FD439B">
        <w:rPr>
          <w:b/>
          <w:bCs/>
          <w:lang w:val="en-US"/>
        </w:rPr>
        <w:t>til</w:t>
      </w:r>
      <w:proofErr w:type="spellEnd"/>
      <w:r w:rsidR="00000000" w:rsidRPr="00FD439B">
        <w:rPr>
          <w:b/>
          <w:bCs/>
          <w:lang w:val="en-US"/>
        </w:rPr>
        <w:t xml:space="preserve"> </w:t>
      </w:r>
      <w:proofErr w:type="spellStart"/>
      <w:r w:rsidR="00000000" w:rsidRPr="00FD439B">
        <w:rPr>
          <w:b/>
          <w:bCs/>
          <w:lang w:val="en-US"/>
        </w:rPr>
        <w:t>konto</w:t>
      </w:r>
      <w:proofErr w:type="spellEnd"/>
      <w:r w:rsidR="00000000" w:rsidRPr="00FD439B">
        <w:rPr>
          <w:b/>
          <w:bCs/>
          <w:lang w:val="en-US"/>
        </w:rPr>
        <w:t xml:space="preserve">: </w:t>
      </w:r>
    </w:p>
    <w:tbl>
      <w:tblPr>
        <w:tblStyle w:val="Tabellrutenett"/>
        <w:tblW w:w="0" w:type="auto"/>
        <w:tblLook w:val="06A0" w:firstRow="1" w:lastRow="0" w:firstColumn="1" w:lastColumn="0" w:noHBand="1" w:noVBand="1"/>
      </w:tblPr>
      <w:tblGrid>
        <w:gridCol w:w="2445"/>
        <w:gridCol w:w="6915"/>
      </w:tblGrid>
      <w:tr w:rsidR="3148E36F" w14:paraId="02177E01" w14:textId="77777777" w:rsidTr="3148E36F">
        <w:trPr>
          <w:trHeight w:val="300"/>
        </w:trPr>
        <w:tc>
          <w:tcPr>
            <w:tcW w:w="2445" w:type="dxa"/>
            <w:shd w:val="clear" w:color="auto" w:fill="DBE5F1" w:themeFill="accent1" w:themeFillTint="33"/>
          </w:tcPr>
          <w:p w14:paraId="13F8D4D1" w14:textId="14586788" w:rsidR="010F248A" w:rsidRDefault="010F248A" w:rsidP="3148E36F">
            <w:r w:rsidRPr="3148E36F">
              <w:t>Overføres til konto:</w:t>
            </w:r>
          </w:p>
        </w:tc>
        <w:tc>
          <w:tcPr>
            <w:tcW w:w="6915" w:type="dxa"/>
            <w:shd w:val="clear" w:color="auto" w:fill="DBE5F1" w:themeFill="accent1" w:themeFillTint="33"/>
          </w:tcPr>
          <w:p w14:paraId="512604B1" w14:textId="15F7F769" w:rsidR="3148E36F" w:rsidRDefault="3148E36F" w:rsidP="3148E36F">
            <w:pPr>
              <w:rPr>
                <w:b/>
                <w:bCs/>
              </w:rPr>
            </w:pPr>
          </w:p>
        </w:tc>
      </w:tr>
    </w:tbl>
    <w:p w14:paraId="6D5EEBBC" w14:textId="7CEFB88B" w:rsidR="3148E36F" w:rsidRDefault="3148E36F" w:rsidP="3148E36F">
      <w:pPr>
        <w:spacing w:after="360"/>
        <w:rPr>
          <w:b/>
          <w:bCs/>
        </w:rPr>
      </w:pPr>
    </w:p>
    <w:p w14:paraId="41791AB4" w14:textId="2C839E24" w:rsidR="00876636" w:rsidRDefault="00000000" w:rsidP="3148E36F">
      <w:pPr>
        <w:rPr>
          <w:b/>
          <w:bCs/>
          <w:lang w:val="en-US"/>
        </w:rPr>
      </w:pPr>
      <w:r w:rsidRPr="3148E36F">
        <w:rPr>
          <w:b/>
          <w:bCs/>
          <w:lang w:val="en-US"/>
        </w:rPr>
        <w:t>NB: Kvittering må være vedlagt!</w:t>
      </w:r>
    </w:p>
    <w:p w14:paraId="522F3BFE" w14:textId="29D2A2DB" w:rsidR="4FDD8FA0" w:rsidRDefault="4FDD8FA0" w:rsidP="3148E36F">
      <w:r w:rsidRPr="3148E36F">
        <w:t>Jeg bekrefter at opplysninger om utlegg er riktige:</w:t>
      </w:r>
    </w:p>
    <w:tbl>
      <w:tblPr>
        <w:tblStyle w:val="Vanligtabell1"/>
        <w:tblW w:w="0" w:type="auto"/>
        <w:tblLook w:val="06A0" w:firstRow="1" w:lastRow="0" w:firstColumn="1" w:lastColumn="0" w:noHBand="1" w:noVBand="1"/>
      </w:tblPr>
      <w:tblGrid>
        <w:gridCol w:w="3120"/>
        <w:gridCol w:w="3120"/>
        <w:gridCol w:w="3120"/>
      </w:tblGrid>
      <w:tr w:rsidR="3148E36F" w14:paraId="613E605B" w14:textId="77777777" w:rsidTr="3148E3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  <w:shd w:val="clear" w:color="auto" w:fill="DBE5F1" w:themeFill="accent1" w:themeFillTint="33"/>
          </w:tcPr>
          <w:p w14:paraId="2092D8C1" w14:textId="441A95F0" w:rsidR="3148E36F" w:rsidRDefault="3148E36F" w:rsidP="3148E36F"/>
        </w:tc>
        <w:tc>
          <w:tcPr>
            <w:tcW w:w="3120" w:type="dxa"/>
            <w:shd w:val="clear" w:color="auto" w:fill="DBE5F1" w:themeFill="accent1" w:themeFillTint="33"/>
          </w:tcPr>
          <w:p w14:paraId="05B4A9A0" w14:textId="33152824" w:rsidR="3148E36F" w:rsidRDefault="3148E36F" w:rsidP="3148E36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20" w:type="dxa"/>
            <w:shd w:val="clear" w:color="auto" w:fill="DBE5F1" w:themeFill="accent1" w:themeFillTint="33"/>
          </w:tcPr>
          <w:p w14:paraId="3CD41FDF" w14:textId="33152824" w:rsidR="3148E36F" w:rsidRDefault="3148E36F" w:rsidP="3148E36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3148E36F" w14:paraId="3470CBAE" w14:textId="77777777" w:rsidTr="3148E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  <w:shd w:val="clear" w:color="auto" w:fill="DBE5F1" w:themeFill="accent1" w:themeFillTint="33"/>
          </w:tcPr>
          <w:p w14:paraId="23758793" w14:textId="0B0D1885" w:rsidR="4FDD8FA0" w:rsidRDefault="4FDD8FA0" w:rsidP="3148E36F">
            <w:pPr>
              <w:rPr>
                <w:b w:val="0"/>
                <w:bCs w:val="0"/>
              </w:rPr>
            </w:pPr>
            <w:r w:rsidRPr="3148E36F">
              <w:rPr>
                <w:b w:val="0"/>
                <w:bCs w:val="0"/>
              </w:rPr>
              <w:t>Underskrift</w:t>
            </w:r>
          </w:p>
        </w:tc>
        <w:tc>
          <w:tcPr>
            <w:tcW w:w="3120" w:type="dxa"/>
            <w:shd w:val="clear" w:color="auto" w:fill="DBE5F1" w:themeFill="accent1" w:themeFillTint="33"/>
          </w:tcPr>
          <w:p w14:paraId="36717776" w14:textId="62B4FC6D" w:rsidR="4FDD8FA0" w:rsidRDefault="4FDD8FA0" w:rsidP="3148E3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148E36F">
              <w:t>Sted</w:t>
            </w:r>
          </w:p>
        </w:tc>
        <w:tc>
          <w:tcPr>
            <w:tcW w:w="3120" w:type="dxa"/>
            <w:shd w:val="clear" w:color="auto" w:fill="DBE5F1" w:themeFill="accent1" w:themeFillTint="33"/>
          </w:tcPr>
          <w:p w14:paraId="6DDCF1CA" w14:textId="6C7554E7" w:rsidR="4FDD8FA0" w:rsidRDefault="4FDD8FA0" w:rsidP="3148E3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3148E36F">
              <w:t>dd.mm.åååå</w:t>
            </w:r>
            <w:proofErr w:type="gramEnd"/>
          </w:p>
        </w:tc>
      </w:tr>
      <w:tr w:rsidR="00FD439B" w14:paraId="63D10439" w14:textId="77777777" w:rsidTr="3148E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  <w:shd w:val="clear" w:color="auto" w:fill="DBE5F1" w:themeFill="accent1" w:themeFillTint="33"/>
          </w:tcPr>
          <w:p w14:paraId="7FBE732E" w14:textId="77777777" w:rsidR="00FD439B" w:rsidRPr="3148E36F" w:rsidRDefault="00FD439B" w:rsidP="3148E36F"/>
        </w:tc>
        <w:tc>
          <w:tcPr>
            <w:tcW w:w="3120" w:type="dxa"/>
            <w:shd w:val="clear" w:color="auto" w:fill="DBE5F1" w:themeFill="accent1" w:themeFillTint="33"/>
          </w:tcPr>
          <w:p w14:paraId="4855AF82" w14:textId="77777777" w:rsidR="00FD439B" w:rsidRPr="3148E36F" w:rsidRDefault="00FD439B" w:rsidP="3148E3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20" w:type="dxa"/>
            <w:shd w:val="clear" w:color="auto" w:fill="DBE5F1" w:themeFill="accent1" w:themeFillTint="33"/>
          </w:tcPr>
          <w:p w14:paraId="5C88C322" w14:textId="77777777" w:rsidR="00FD439B" w:rsidRDefault="00FD439B" w:rsidP="3148E3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A3AFB8D" w14:textId="77777777" w:rsidR="0074454D" w:rsidRPr="3148E36F" w:rsidRDefault="0074454D" w:rsidP="3148E3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D60C346" w14:textId="622D23C8" w:rsidR="00876636" w:rsidRDefault="0074454D" w:rsidP="3148E36F">
      <w:pPr>
        <w:spacing w:after="720"/>
      </w:pPr>
      <w:r>
        <w:br/>
      </w:r>
      <w:proofErr w:type="spellStart"/>
      <w:r w:rsidR="00000000" w:rsidRPr="3148E36F">
        <w:rPr>
          <w:lang w:val="en-US"/>
        </w:rPr>
        <w:t>Leveres</w:t>
      </w:r>
      <w:proofErr w:type="spellEnd"/>
      <w:r w:rsidR="00000000" w:rsidRPr="3148E36F">
        <w:rPr>
          <w:lang w:val="en-US"/>
        </w:rPr>
        <w:t xml:space="preserve"> </w:t>
      </w:r>
      <w:proofErr w:type="spellStart"/>
      <w:r w:rsidR="00000000" w:rsidRPr="3148E36F">
        <w:rPr>
          <w:lang w:val="en-US"/>
        </w:rPr>
        <w:t>skriftlig</w:t>
      </w:r>
      <w:proofErr w:type="spellEnd"/>
      <w:r w:rsidR="00000000" w:rsidRPr="3148E36F">
        <w:rPr>
          <w:lang w:val="en-US"/>
        </w:rPr>
        <w:t xml:space="preserve"> </w:t>
      </w:r>
      <w:proofErr w:type="spellStart"/>
      <w:r w:rsidR="00000000" w:rsidRPr="3148E36F">
        <w:rPr>
          <w:lang w:val="en-US"/>
        </w:rPr>
        <w:t>til</w:t>
      </w:r>
      <w:proofErr w:type="spellEnd"/>
      <w:r w:rsidR="00000000" w:rsidRPr="3148E36F">
        <w:rPr>
          <w:lang w:val="en-US"/>
        </w:rPr>
        <w:t xml:space="preserve"> </w:t>
      </w:r>
      <w:proofErr w:type="spellStart"/>
      <w:r w:rsidR="00000000" w:rsidRPr="3148E36F">
        <w:rPr>
          <w:lang w:val="en-US"/>
        </w:rPr>
        <w:t>økonomiansvarlig</w:t>
      </w:r>
      <w:proofErr w:type="spellEnd"/>
      <w:r w:rsidR="00000000" w:rsidRPr="3148E36F">
        <w:rPr>
          <w:lang w:val="en-US"/>
        </w:rPr>
        <w:t xml:space="preserve">, </w:t>
      </w:r>
      <w:proofErr w:type="spellStart"/>
      <w:r w:rsidR="00000000" w:rsidRPr="3148E36F">
        <w:rPr>
          <w:lang w:val="en-US"/>
        </w:rPr>
        <w:t>eller</w:t>
      </w:r>
      <w:proofErr w:type="spellEnd"/>
      <w:r w:rsidR="00000000" w:rsidRPr="3148E36F">
        <w:rPr>
          <w:lang w:val="en-US"/>
        </w:rPr>
        <w:t xml:space="preserve"> sendes elektronisk sammen med kvittering på epost:</w:t>
      </w:r>
      <w:r w:rsidR="00000000">
        <w:br/>
      </w:r>
      <w:hyperlink r:id="rId11">
        <w:r w:rsidR="00864C16" w:rsidRPr="3148E36F">
          <w:rPr>
            <w:rStyle w:val="Hyperkobling"/>
            <w:b/>
            <w:bCs/>
            <w:lang w:val="en-US"/>
          </w:rPr>
          <w:t>t</w:t>
        </w:r>
        <w:r w:rsidR="00864C16" w:rsidRPr="3148E36F">
          <w:rPr>
            <w:rStyle w:val="Hyperkobling"/>
            <w:b/>
            <w:bCs/>
            <w:lang w:val="en-US"/>
          </w:rPr>
          <w:t>e</w:t>
        </w:r>
        <w:r w:rsidR="00864C16" w:rsidRPr="3148E36F">
          <w:rPr>
            <w:rStyle w:val="Hyperkobling"/>
            <w:b/>
            <w:bCs/>
            <w:lang w:val="en-US"/>
          </w:rPr>
          <w:t>rje.hovde@fagforbundet.org</w:t>
        </w:r>
      </w:hyperlink>
    </w:p>
    <w:tbl>
      <w:tblPr>
        <w:tblStyle w:val="Tabellrutenett"/>
        <w:tblW w:w="0" w:type="auto"/>
        <w:tblLook w:val="06A0" w:firstRow="1" w:lastRow="0" w:firstColumn="1" w:lastColumn="0" w:noHBand="1" w:noVBand="1"/>
      </w:tblPr>
      <w:tblGrid>
        <w:gridCol w:w="3120"/>
        <w:gridCol w:w="3120"/>
        <w:gridCol w:w="3120"/>
      </w:tblGrid>
      <w:tr w:rsidR="3148E36F" w14:paraId="66C7736C" w14:textId="77777777" w:rsidTr="3148E36F">
        <w:trPr>
          <w:trHeight w:val="600"/>
        </w:trPr>
        <w:tc>
          <w:tcPr>
            <w:tcW w:w="3120" w:type="dxa"/>
            <w:shd w:val="clear" w:color="auto" w:fill="DBE5F1" w:themeFill="accent1" w:themeFillTint="33"/>
          </w:tcPr>
          <w:p w14:paraId="3BC0A663" w14:textId="151BD2CE" w:rsidR="3148E36F" w:rsidRDefault="3148E36F" w:rsidP="3148E36F"/>
        </w:tc>
        <w:tc>
          <w:tcPr>
            <w:tcW w:w="3120" w:type="dxa"/>
            <w:shd w:val="clear" w:color="auto" w:fill="DBE5F1" w:themeFill="accent1" w:themeFillTint="33"/>
          </w:tcPr>
          <w:p w14:paraId="6D7B08AA" w14:textId="48CB6B33" w:rsidR="3148E36F" w:rsidRDefault="3148E36F" w:rsidP="3148E36F"/>
        </w:tc>
        <w:tc>
          <w:tcPr>
            <w:tcW w:w="3120" w:type="dxa"/>
            <w:shd w:val="clear" w:color="auto" w:fill="DBE5F1" w:themeFill="accent1" w:themeFillTint="33"/>
          </w:tcPr>
          <w:p w14:paraId="3A1A6128" w14:textId="48CB6B33" w:rsidR="3148E36F" w:rsidRDefault="3148E36F" w:rsidP="3148E36F"/>
        </w:tc>
      </w:tr>
      <w:tr w:rsidR="3148E36F" w14:paraId="690CEE4C" w14:textId="77777777" w:rsidTr="3148E36F">
        <w:trPr>
          <w:trHeight w:val="300"/>
        </w:trPr>
        <w:tc>
          <w:tcPr>
            <w:tcW w:w="3120" w:type="dxa"/>
            <w:shd w:val="clear" w:color="auto" w:fill="DBE5F1" w:themeFill="accent1" w:themeFillTint="33"/>
          </w:tcPr>
          <w:p w14:paraId="4CA7BD8A" w14:textId="7A01F7A6" w:rsidR="2D4042B9" w:rsidRDefault="2D4042B9" w:rsidP="3148E36F">
            <w:r w:rsidRPr="3148E36F">
              <w:t>Underskrift</w:t>
            </w:r>
            <w:r w:rsidR="533B9E18" w:rsidRPr="3148E36F">
              <w:t>/attestasjon Leder/Nestleder</w:t>
            </w:r>
          </w:p>
        </w:tc>
        <w:tc>
          <w:tcPr>
            <w:tcW w:w="3120" w:type="dxa"/>
            <w:shd w:val="clear" w:color="auto" w:fill="DBE5F1" w:themeFill="accent1" w:themeFillTint="33"/>
          </w:tcPr>
          <w:p w14:paraId="668E3D20" w14:textId="4066A5FC" w:rsidR="2D4042B9" w:rsidRDefault="2D4042B9" w:rsidP="3148E36F">
            <w:r w:rsidRPr="3148E36F">
              <w:t>Sted</w:t>
            </w:r>
          </w:p>
        </w:tc>
        <w:tc>
          <w:tcPr>
            <w:tcW w:w="3120" w:type="dxa"/>
            <w:shd w:val="clear" w:color="auto" w:fill="DBE5F1" w:themeFill="accent1" w:themeFillTint="33"/>
          </w:tcPr>
          <w:p w14:paraId="639181E9" w14:textId="5F13E132" w:rsidR="2D4042B9" w:rsidRDefault="2D4042B9" w:rsidP="3148E36F">
            <w:proofErr w:type="gramStart"/>
            <w:r w:rsidRPr="3148E36F">
              <w:t>dd.mm.åååå</w:t>
            </w:r>
            <w:proofErr w:type="gramEnd"/>
          </w:p>
        </w:tc>
      </w:tr>
      <w:tr w:rsidR="00FD439B" w14:paraId="1C2A526D" w14:textId="77777777" w:rsidTr="3148E36F">
        <w:trPr>
          <w:trHeight w:val="300"/>
        </w:trPr>
        <w:tc>
          <w:tcPr>
            <w:tcW w:w="3120" w:type="dxa"/>
            <w:shd w:val="clear" w:color="auto" w:fill="DBE5F1" w:themeFill="accent1" w:themeFillTint="33"/>
          </w:tcPr>
          <w:p w14:paraId="7CBB3C6A" w14:textId="77777777" w:rsidR="00FD439B" w:rsidRPr="3148E36F" w:rsidRDefault="00FD439B" w:rsidP="3148E36F"/>
        </w:tc>
        <w:tc>
          <w:tcPr>
            <w:tcW w:w="3120" w:type="dxa"/>
            <w:shd w:val="clear" w:color="auto" w:fill="DBE5F1" w:themeFill="accent1" w:themeFillTint="33"/>
          </w:tcPr>
          <w:p w14:paraId="3609AA11" w14:textId="77777777" w:rsidR="00FD439B" w:rsidRPr="3148E36F" w:rsidRDefault="00FD439B" w:rsidP="3148E36F"/>
        </w:tc>
        <w:tc>
          <w:tcPr>
            <w:tcW w:w="3120" w:type="dxa"/>
            <w:shd w:val="clear" w:color="auto" w:fill="DBE5F1" w:themeFill="accent1" w:themeFillTint="33"/>
          </w:tcPr>
          <w:p w14:paraId="36DD2E79" w14:textId="77777777" w:rsidR="00FD439B" w:rsidRDefault="00FD439B" w:rsidP="3148E36F"/>
          <w:p w14:paraId="2BCE15E2" w14:textId="77777777" w:rsidR="0074454D" w:rsidRPr="3148E36F" w:rsidRDefault="0074454D" w:rsidP="3148E36F"/>
        </w:tc>
      </w:tr>
    </w:tbl>
    <w:p w14:paraId="4E76E8A0" w14:textId="04016400" w:rsidR="3148E36F" w:rsidRDefault="3148E36F" w:rsidP="3148E36F"/>
    <w:sectPr w:rsidR="3148E36F" w:rsidSect="00034616">
      <w:headerReference w:type="default" r:id="rId12"/>
      <w:footerReference w:type="default" r:id="rId13"/>
      <w:pgSz w:w="12240" w:h="15840"/>
      <w:pgMar w:top="1440" w:right="144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DA4C21" w14:textId="77777777" w:rsidR="00C25B0B" w:rsidRDefault="00C25B0B" w:rsidP="00864C16">
      <w:pPr>
        <w:spacing w:after="0" w:line="240" w:lineRule="auto"/>
      </w:pPr>
      <w:r>
        <w:separator/>
      </w:r>
    </w:p>
  </w:endnote>
  <w:endnote w:type="continuationSeparator" w:id="0">
    <w:p w14:paraId="028A7ACC" w14:textId="77777777" w:rsidR="00C25B0B" w:rsidRDefault="00C25B0B" w:rsidP="00864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148E36F" w14:paraId="3FD490AF" w14:textId="77777777" w:rsidTr="3148E36F">
      <w:trPr>
        <w:trHeight w:val="300"/>
      </w:trPr>
      <w:tc>
        <w:tcPr>
          <w:tcW w:w="3120" w:type="dxa"/>
        </w:tcPr>
        <w:p w14:paraId="6977992F" w14:textId="0A6689E8" w:rsidR="3148E36F" w:rsidRDefault="3148E36F" w:rsidP="3148E36F">
          <w:pPr>
            <w:pStyle w:val="Topptekst"/>
            <w:ind w:left="-115"/>
            <w:jc w:val="center"/>
          </w:pPr>
          <w:r>
            <w:rPr>
              <w:noProof/>
            </w:rPr>
            <w:drawing>
              <wp:inline distT="0" distB="0" distL="0" distR="0" wp14:anchorId="311B255D" wp14:editId="602C51FA">
                <wp:extent cx="1822704" cy="347629"/>
                <wp:effectExtent l="0" t="0" r="0" b="0"/>
                <wp:docPr id="1206989119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06989119" name="Picture 120698911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2704" cy="3476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</w:tcPr>
        <w:p w14:paraId="56886A83" w14:textId="34717631" w:rsidR="3148E36F" w:rsidRDefault="3148E36F" w:rsidP="3148E36F">
          <w:pPr>
            <w:pStyle w:val="Topptekst"/>
            <w:jc w:val="center"/>
            <w:rPr>
              <w:sz w:val="18"/>
              <w:szCs w:val="18"/>
            </w:rPr>
          </w:pPr>
          <w:r w:rsidRPr="3148E36F">
            <w:rPr>
              <w:sz w:val="18"/>
              <w:szCs w:val="18"/>
            </w:rPr>
            <w:t xml:space="preserve">Fagforbundet Trondheim Avdeling 8 </w:t>
          </w:r>
        </w:p>
        <w:p w14:paraId="2B4089C8" w14:textId="0DBEDC48" w:rsidR="3148E36F" w:rsidRDefault="3148E36F" w:rsidP="3148E36F">
          <w:pPr>
            <w:pStyle w:val="Topptekst"/>
            <w:jc w:val="center"/>
            <w:rPr>
              <w:sz w:val="18"/>
              <w:szCs w:val="18"/>
            </w:rPr>
          </w:pPr>
          <w:r w:rsidRPr="3148E36F">
            <w:rPr>
              <w:sz w:val="18"/>
              <w:szCs w:val="18"/>
            </w:rPr>
            <w:t>Org.nr: 987303662</w:t>
          </w:r>
        </w:p>
      </w:tc>
      <w:tc>
        <w:tcPr>
          <w:tcW w:w="3120" w:type="dxa"/>
        </w:tcPr>
        <w:p w14:paraId="6FBE249B" w14:textId="1381A291" w:rsidR="3148E36F" w:rsidRDefault="3148E36F" w:rsidP="3148E36F">
          <w:pPr>
            <w:pStyle w:val="Topptekst"/>
            <w:ind w:right="-115"/>
            <w:rPr>
              <w:sz w:val="18"/>
              <w:szCs w:val="18"/>
            </w:rPr>
          </w:pPr>
          <w:r w:rsidRPr="3148E36F">
            <w:rPr>
              <w:sz w:val="18"/>
              <w:szCs w:val="18"/>
            </w:rPr>
            <w:t xml:space="preserve">E-post: </w:t>
          </w:r>
          <w:hyperlink r:id="rId2">
            <w:r w:rsidRPr="3148E36F">
              <w:rPr>
                <w:rStyle w:val="Hyperkobling"/>
                <w:sz w:val="18"/>
                <w:szCs w:val="18"/>
              </w:rPr>
              <w:t>post.008@fagforbundet.org</w:t>
            </w:r>
          </w:hyperlink>
        </w:p>
        <w:p w14:paraId="6036A266" w14:textId="5ADCA9FB" w:rsidR="3148E36F" w:rsidRDefault="3148E36F" w:rsidP="3148E36F">
          <w:pPr>
            <w:pStyle w:val="Topptekst"/>
            <w:ind w:right="-115"/>
            <w:rPr>
              <w:sz w:val="18"/>
              <w:szCs w:val="18"/>
            </w:rPr>
          </w:pPr>
          <w:r w:rsidRPr="3148E36F">
            <w:rPr>
              <w:sz w:val="18"/>
              <w:szCs w:val="18"/>
            </w:rPr>
            <w:t>Postadresse: Krambugata 8 B, oppgang C, 7011 Trondheim</w:t>
          </w:r>
        </w:p>
      </w:tc>
    </w:tr>
  </w:tbl>
  <w:p w14:paraId="035B8B92" w14:textId="28A98407" w:rsidR="3148E36F" w:rsidRDefault="3148E36F" w:rsidP="3148E36F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200C21" w14:textId="77777777" w:rsidR="00C25B0B" w:rsidRDefault="00C25B0B" w:rsidP="00864C16">
      <w:pPr>
        <w:spacing w:after="0" w:line="240" w:lineRule="auto"/>
      </w:pPr>
      <w:r>
        <w:separator/>
      </w:r>
    </w:p>
  </w:footnote>
  <w:footnote w:type="continuationSeparator" w:id="0">
    <w:p w14:paraId="61F83D16" w14:textId="77777777" w:rsidR="00C25B0B" w:rsidRDefault="00C25B0B" w:rsidP="00864C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A39819" w14:textId="77777777" w:rsidR="00864C16" w:rsidRDefault="3148E36F" w:rsidP="3148E36F">
    <w:pPr>
      <w:spacing w:after="480"/>
    </w:pPr>
    <w:r w:rsidRPr="3148E36F">
      <w:rPr>
        <w:b/>
        <w:bCs/>
        <w:sz w:val="32"/>
        <w:szCs w:val="32"/>
      </w:rPr>
      <w:t>Bilag for utlegg Fagforbundet Trondheim</w:t>
    </w:r>
  </w:p>
  <w:p w14:paraId="6F837AAD" w14:textId="49537784" w:rsidR="00864C16" w:rsidRDefault="00864C16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AC1520"/>
    <w:multiLevelType w:val="hybridMultilevel"/>
    <w:tmpl w:val="14BE13EA"/>
    <w:lvl w:ilvl="0" w:tplc="52BA426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1B54C7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5E92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CED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7A53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C276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EC89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D662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D4DF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E86FA0"/>
    <w:multiLevelType w:val="hybridMultilevel"/>
    <w:tmpl w:val="DB864F64"/>
    <w:lvl w:ilvl="0" w:tplc="1F9C206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4F29E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B2D2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98A9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9C22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F2B9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FAB2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0606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B447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A2BF17"/>
    <w:multiLevelType w:val="hybridMultilevel"/>
    <w:tmpl w:val="58425E4E"/>
    <w:lvl w:ilvl="0" w:tplc="3A00726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BE8A5F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4438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A29D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0AFB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BAC2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5A51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38BC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4C06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4418433">
    <w:abstractNumId w:val="9"/>
  </w:num>
  <w:num w:numId="2" w16cid:durableId="303240976">
    <w:abstractNumId w:val="10"/>
  </w:num>
  <w:num w:numId="3" w16cid:durableId="461576443">
    <w:abstractNumId w:val="11"/>
  </w:num>
  <w:num w:numId="4" w16cid:durableId="1748379017">
    <w:abstractNumId w:val="8"/>
  </w:num>
  <w:num w:numId="5" w16cid:durableId="839273008">
    <w:abstractNumId w:val="6"/>
  </w:num>
  <w:num w:numId="6" w16cid:durableId="1104961928">
    <w:abstractNumId w:val="5"/>
  </w:num>
  <w:num w:numId="7" w16cid:durableId="1055738716">
    <w:abstractNumId w:val="4"/>
  </w:num>
  <w:num w:numId="8" w16cid:durableId="1713533759">
    <w:abstractNumId w:val="7"/>
  </w:num>
  <w:num w:numId="9" w16cid:durableId="791748491">
    <w:abstractNumId w:val="3"/>
  </w:num>
  <w:num w:numId="10" w16cid:durableId="65301771">
    <w:abstractNumId w:val="2"/>
  </w:num>
  <w:num w:numId="11" w16cid:durableId="131480458">
    <w:abstractNumId w:val="1"/>
  </w:num>
  <w:num w:numId="12" w16cid:durableId="35901221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6904"/>
    <w:rsid w:val="0015074B"/>
    <w:rsid w:val="0029639D"/>
    <w:rsid w:val="00326F90"/>
    <w:rsid w:val="00694774"/>
    <w:rsid w:val="0074454D"/>
    <w:rsid w:val="00864C16"/>
    <w:rsid w:val="00876636"/>
    <w:rsid w:val="00AA1D8D"/>
    <w:rsid w:val="00B206D8"/>
    <w:rsid w:val="00B47730"/>
    <w:rsid w:val="00C25B0B"/>
    <w:rsid w:val="00CB0664"/>
    <w:rsid w:val="00FC693F"/>
    <w:rsid w:val="00FD439B"/>
    <w:rsid w:val="00FD7F7B"/>
    <w:rsid w:val="010F248A"/>
    <w:rsid w:val="03C47EE0"/>
    <w:rsid w:val="0741A525"/>
    <w:rsid w:val="08535FD1"/>
    <w:rsid w:val="0CAED7E0"/>
    <w:rsid w:val="0CFBC4D4"/>
    <w:rsid w:val="0DDC0E66"/>
    <w:rsid w:val="0F7CF215"/>
    <w:rsid w:val="12189EE8"/>
    <w:rsid w:val="12C12DA4"/>
    <w:rsid w:val="1B15BCA9"/>
    <w:rsid w:val="1BB312D7"/>
    <w:rsid w:val="1E42DD46"/>
    <w:rsid w:val="238FD81F"/>
    <w:rsid w:val="28BD4901"/>
    <w:rsid w:val="2C763D2D"/>
    <w:rsid w:val="2D4042B9"/>
    <w:rsid w:val="3148E36F"/>
    <w:rsid w:val="360CF523"/>
    <w:rsid w:val="3B045190"/>
    <w:rsid w:val="3F0F73D4"/>
    <w:rsid w:val="3F3957B2"/>
    <w:rsid w:val="404BFB56"/>
    <w:rsid w:val="409487CD"/>
    <w:rsid w:val="42D27634"/>
    <w:rsid w:val="43A074E7"/>
    <w:rsid w:val="44292B78"/>
    <w:rsid w:val="45A9E292"/>
    <w:rsid w:val="482D9BB9"/>
    <w:rsid w:val="490A6066"/>
    <w:rsid w:val="4914E546"/>
    <w:rsid w:val="4CA2899C"/>
    <w:rsid w:val="4E617B34"/>
    <w:rsid w:val="4FDD8FA0"/>
    <w:rsid w:val="4FF309C9"/>
    <w:rsid w:val="5060748A"/>
    <w:rsid w:val="533B9E18"/>
    <w:rsid w:val="5876F52A"/>
    <w:rsid w:val="598BAEC6"/>
    <w:rsid w:val="5B34E280"/>
    <w:rsid w:val="5F1D8F57"/>
    <w:rsid w:val="5F84192D"/>
    <w:rsid w:val="65498C79"/>
    <w:rsid w:val="65907B7B"/>
    <w:rsid w:val="68A2CA1A"/>
    <w:rsid w:val="6B73ADBC"/>
    <w:rsid w:val="6C3D225B"/>
    <w:rsid w:val="6C46F960"/>
    <w:rsid w:val="6D911BEC"/>
    <w:rsid w:val="6E8A341B"/>
    <w:rsid w:val="731EC5E2"/>
    <w:rsid w:val="74CA69B7"/>
    <w:rsid w:val="78452D82"/>
    <w:rsid w:val="78932C30"/>
    <w:rsid w:val="78EDBC2C"/>
    <w:rsid w:val="7D104162"/>
    <w:rsid w:val="7F055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A82761"/>
  <w14:defaultImageDpi w14:val="300"/>
  <w15:docId w15:val="{BF1BEF71-60AB-F845-8195-AD7DCF187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3148E36F"/>
    <w:rPr>
      <w:rFonts w:ascii="Arial" w:hAnsi="Arial"/>
      <w:lang w:val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3148E3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3148E3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3148E3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3148E3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3148E3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3148E3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3148E3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3148E3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3148E3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3148E3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link w:val="Topptekst"/>
    <w:uiPriority w:val="99"/>
    <w:rsid w:val="3148E36F"/>
  </w:style>
  <w:style w:type="paragraph" w:styleId="Bunntekst">
    <w:name w:val="footer"/>
    <w:basedOn w:val="Normal"/>
    <w:link w:val="BunntekstTegn"/>
    <w:uiPriority w:val="99"/>
    <w:unhideWhenUsed/>
    <w:rsid w:val="3148E3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link w:val="Bunntekst"/>
    <w:uiPriority w:val="99"/>
    <w:rsid w:val="3148E36F"/>
  </w:style>
  <w:style w:type="paragraph" w:styleId="Ingenmellomrom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link w:val="Overskrift1"/>
    <w:uiPriority w:val="9"/>
    <w:rsid w:val="3148E3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link w:val="Overskrift2"/>
    <w:uiPriority w:val="9"/>
    <w:rsid w:val="3148E3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link w:val="Overskrift3"/>
    <w:uiPriority w:val="9"/>
    <w:rsid w:val="3148E36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tel">
    <w:name w:val="Title"/>
    <w:basedOn w:val="Normal"/>
    <w:next w:val="Normal"/>
    <w:link w:val="TittelTegn"/>
    <w:uiPriority w:val="10"/>
    <w:qFormat/>
    <w:rsid w:val="3148E3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z w:val="52"/>
      <w:szCs w:val="52"/>
    </w:rPr>
  </w:style>
  <w:style w:type="character" w:customStyle="1" w:styleId="TittelTegn">
    <w:name w:val="Tittel Tegn"/>
    <w:link w:val="Tittel"/>
    <w:uiPriority w:val="10"/>
    <w:rsid w:val="3148E36F"/>
    <w:rPr>
      <w:rFonts w:asciiTheme="majorHAnsi" w:eastAsiaTheme="majorEastAsia" w:hAnsiTheme="majorHAnsi" w:cstheme="majorBidi"/>
      <w:color w:val="17365D" w:themeColor="text2" w:themeShade="BF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3148E36F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UndertittelTegn">
    <w:name w:val="Undertittel Tegn"/>
    <w:link w:val="Undertittel"/>
    <w:uiPriority w:val="11"/>
    <w:rsid w:val="3148E36F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Listeavsnitt">
    <w:name w:val="List Paragraph"/>
    <w:basedOn w:val="Normal"/>
    <w:uiPriority w:val="34"/>
    <w:qFormat/>
    <w:rsid w:val="3148E36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3148E36F"/>
    <w:pPr>
      <w:spacing w:after="120"/>
    </w:pPr>
  </w:style>
  <w:style w:type="character" w:customStyle="1" w:styleId="BrdtekstTegn">
    <w:name w:val="Brødtekst Tegn"/>
    <w:link w:val="Brdtekst"/>
    <w:uiPriority w:val="99"/>
    <w:rsid w:val="3148E36F"/>
  </w:style>
  <w:style w:type="paragraph" w:styleId="Brdtekst2">
    <w:name w:val="Body Text 2"/>
    <w:basedOn w:val="Normal"/>
    <w:link w:val="Brdtekst2Tegn"/>
    <w:uiPriority w:val="99"/>
    <w:unhideWhenUsed/>
    <w:rsid w:val="3148E36F"/>
    <w:pPr>
      <w:spacing w:after="120" w:line="480" w:lineRule="auto"/>
    </w:pPr>
  </w:style>
  <w:style w:type="character" w:customStyle="1" w:styleId="Brdtekst2Tegn">
    <w:name w:val="Brødtekst 2 Tegn"/>
    <w:link w:val="Brdtekst2"/>
    <w:uiPriority w:val="99"/>
    <w:rsid w:val="3148E36F"/>
  </w:style>
  <w:style w:type="paragraph" w:styleId="Brdtekst3">
    <w:name w:val="Body Text 3"/>
    <w:basedOn w:val="Normal"/>
    <w:link w:val="Brdtekst3Tegn"/>
    <w:uiPriority w:val="99"/>
    <w:unhideWhenUsed/>
    <w:rsid w:val="3148E36F"/>
    <w:pPr>
      <w:spacing w:after="120"/>
    </w:pPr>
    <w:rPr>
      <w:sz w:val="16"/>
      <w:szCs w:val="16"/>
    </w:rPr>
  </w:style>
  <w:style w:type="character" w:customStyle="1" w:styleId="Brdtekst3Tegn">
    <w:name w:val="Brødtekst 3 Tegn"/>
    <w:link w:val="Brdtekst3"/>
    <w:uiPriority w:val="99"/>
    <w:rsid w:val="3148E36F"/>
    <w:rPr>
      <w:sz w:val="16"/>
      <w:szCs w:val="16"/>
    </w:rPr>
  </w:style>
  <w:style w:type="paragraph" w:styleId="Liste">
    <w:name w:val="List"/>
    <w:basedOn w:val="Normal"/>
    <w:uiPriority w:val="99"/>
    <w:unhideWhenUsed/>
    <w:rsid w:val="3148E36F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3148E36F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3148E36F"/>
    <w:pPr>
      <w:ind w:left="1080" w:hanging="360"/>
      <w:contextualSpacing/>
    </w:pPr>
  </w:style>
  <w:style w:type="paragraph" w:styleId="Punktliste">
    <w:name w:val="List Bullet"/>
    <w:basedOn w:val="Normal"/>
    <w:uiPriority w:val="99"/>
    <w:unhideWhenUsed/>
    <w:rsid w:val="3148E36F"/>
    <w:pPr>
      <w:numPr>
        <w:numId w:val="4"/>
      </w:numPr>
      <w:contextualSpacing/>
    </w:pPr>
  </w:style>
  <w:style w:type="paragraph" w:styleId="Punktliste2">
    <w:name w:val="List Bullet 2"/>
    <w:basedOn w:val="Normal"/>
    <w:uiPriority w:val="99"/>
    <w:unhideWhenUsed/>
    <w:rsid w:val="3148E36F"/>
    <w:pPr>
      <w:numPr>
        <w:numId w:val="5"/>
      </w:numPr>
      <w:contextualSpacing/>
    </w:pPr>
  </w:style>
  <w:style w:type="paragraph" w:styleId="Punktliste3">
    <w:name w:val="List Bullet 3"/>
    <w:basedOn w:val="Normal"/>
    <w:uiPriority w:val="99"/>
    <w:unhideWhenUsed/>
    <w:rsid w:val="3148E36F"/>
    <w:pPr>
      <w:numPr>
        <w:numId w:val="6"/>
      </w:numPr>
      <w:contextualSpacing/>
    </w:pPr>
  </w:style>
  <w:style w:type="paragraph" w:styleId="Nummerertliste">
    <w:name w:val="List Number"/>
    <w:basedOn w:val="Normal"/>
    <w:uiPriority w:val="99"/>
    <w:unhideWhenUsed/>
    <w:rsid w:val="3148E36F"/>
    <w:pPr>
      <w:numPr>
        <w:numId w:val="8"/>
      </w:numPr>
      <w:contextualSpacing/>
    </w:pPr>
  </w:style>
  <w:style w:type="paragraph" w:styleId="Nummerertliste2">
    <w:name w:val="List Number 2"/>
    <w:basedOn w:val="Normal"/>
    <w:uiPriority w:val="99"/>
    <w:unhideWhenUsed/>
    <w:rsid w:val="3148E36F"/>
    <w:pPr>
      <w:numPr>
        <w:numId w:val="9"/>
      </w:numPr>
      <w:contextualSpacing/>
    </w:pPr>
  </w:style>
  <w:style w:type="paragraph" w:styleId="Nummerertliste3">
    <w:name w:val="List Number 3"/>
    <w:basedOn w:val="Normal"/>
    <w:uiPriority w:val="99"/>
    <w:unhideWhenUsed/>
    <w:rsid w:val="3148E36F"/>
    <w:pPr>
      <w:numPr>
        <w:numId w:val="10"/>
      </w:numPr>
      <w:contextualSpacing/>
    </w:pPr>
  </w:style>
  <w:style w:type="paragraph" w:styleId="Liste-forts">
    <w:name w:val="List Continue"/>
    <w:basedOn w:val="Normal"/>
    <w:uiPriority w:val="99"/>
    <w:unhideWhenUsed/>
    <w:rsid w:val="3148E36F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unhideWhenUsed/>
    <w:rsid w:val="3148E36F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unhideWhenUsed/>
    <w:rsid w:val="3148E36F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link w:val="Makrotekst"/>
    <w:uiPriority w:val="99"/>
    <w:rsid w:val="3148E36F"/>
    <w:rPr>
      <w:rFonts w:ascii="Courier" w:hAnsi="Courier"/>
      <w:sz w:val="20"/>
      <w:szCs w:val="20"/>
    </w:rPr>
  </w:style>
  <w:style w:type="paragraph" w:styleId="Sitat">
    <w:name w:val="Quote"/>
    <w:basedOn w:val="Normal"/>
    <w:next w:val="Normal"/>
    <w:link w:val="SitatTegn"/>
    <w:uiPriority w:val="29"/>
    <w:qFormat/>
    <w:rsid w:val="3148E36F"/>
    <w:rPr>
      <w:i/>
      <w:iCs/>
      <w:color w:val="000000" w:themeColor="text1"/>
    </w:rPr>
  </w:style>
  <w:style w:type="character" w:customStyle="1" w:styleId="SitatTegn">
    <w:name w:val="Sitat Tegn"/>
    <w:link w:val="Sitat"/>
    <w:uiPriority w:val="29"/>
    <w:rsid w:val="3148E36F"/>
    <w:rPr>
      <w:i/>
      <w:iCs/>
      <w:color w:val="000000" w:themeColor="text1"/>
    </w:rPr>
  </w:style>
  <w:style w:type="character" w:customStyle="1" w:styleId="Overskrift4Tegn">
    <w:name w:val="Overskrift 4 Tegn"/>
    <w:link w:val="Overskrift4"/>
    <w:uiPriority w:val="9"/>
    <w:semiHidden/>
    <w:rsid w:val="3148E3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link w:val="Overskrift5"/>
    <w:uiPriority w:val="9"/>
    <w:semiHidden/>
    <w:rsid w:val="3148E36F"/>
    <w:rPr>
      <w:rFonts w:asciiTheme="majorHAnsi" w:eastAsiaTheme="majorEastAsia" w:hAnsiTheme="majorHAnsi" w:cstheme="majorBidi"/>
      <w:color w:val="243F60"/>
    </w:rPr>
  </w:style>
  <w:style w:type="character" w:customStyle="1" w:styleId="Overskrift6Tegn">
    <w:name w:val="Overskrift 6 Tegn"/>
    <w:link w:val="Overskrift6"/>
    <w:uiPriority w:val="9"/>
    <w:semiHidden/>
    <w:rsid w:val="3148E36F"/>
    <w:rPr>
      <w:rFonts w:asciiTheme="majorHAnsi" w:eastAsiaTheme="majorEastAsia" w:hAnsiTheme="majorHAnsi" w:cstheme="majorBidi"/>
      <w:i/>
      <w:iCs/>
      <w:color w:val="243F60"/>
    </w:rPr>
  </w:style>
  <w:style w:type="character" w:customStyle="1" w:styleId="Overskrift7Tegn">
    <w:name w:val="Overskrift 7 Tegn"/>
    <w:link w:val="Overskrift7"/>
    <w:uiPriority w:val="9"/>
    <w:semiHidden/>
    <w:rsid w:val="3148E3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link w:val="Overskrift8"/>
    <w:uiPriority w:val="9"/>
    <w:semiHidden/>
    <w:rsid w:val="3148E36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link w:val="Overskrift9"/>
    <w:uiPriority w:val="9"/>
    <w:semiHidden/>
    <w:rsid w:val="3148E3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3148E36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erk">
    <w:name w:val="Strong"/>
    <w:uiPriority w:val="22"/>
    <w:qFormat/>
    <w:rsid w:val="3148E36F"/>
    <w:rPr>
      <w:b/>
      <w:bCs/>
    </w:rPr>
  </w:style>
  <w:style w:type="character" w:styleId="Utheving">
    <w:name w:val="Emphasis"/>
    <w:uiPriority w:val="20"/>
    <w:qFormat/>
    <w:rsid w:val="3148E36F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3148E3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link w:val="Sterktsitat"/>
    <w:uiPriority w:val="30"/>
    <w:rsid w:val="3148E36F"/>
    <w:rPr>
      <w:b/>
      <w:bCs/>
      <w:i/>
      <w:iCs/>
      <w:color w:val="4F81BD" w:themeColor="accent1"/>
    </w:rPr>
  </w:style>
  <w:style w:type="character" w:styleId="Svakutheving">
    <w:name w:val="Subtle Emphasis"/>
    <w:uiPriority w:val="19"/>
    <w:qFormat/>
    <w:rsid w:val="3148E36F"/>
    <w:rPr>
      <w:i/>
      <w:iCs/>
      <w:color w:val="808080" w:themeColor="background1" w:themeShade="80"/>
    </w:rPr>
  </w:style>
  <w:style w:type="character" w:styleId="Sterkutheving">
    <w:name w:val="Intense Emphasis"/>
    <w:uiPriority w:val="21"/>
    <w:qFormat/>
    <w:rsid w:val="3148E36F"/>
    <w:rPr>
      <w:b/>
      <w:bCs/>
      <w:i/>
      <w:iCs/>
      <w:color w:val="4F81BD" w:themeColor="accent1"/>
    </w:rPr>
  </w:style>
  <w:style w:type="character" w:styleId="Svakreferanse">
    <w:name w:val="Subtle Reference"/>
    <w:uiPriority w:val="31"/>
    <w:qFormat/>
    <w:rsid w:val="3148E36F"/>
    <w:rPr>
      <w:smallCaps/>
      <w:color w:val="C0504D" w:themeColor="accent2"/>
      <w:u w:val="single"/>
    </w:rPr>
  </w:style>
  <w:style w:type="character" w:styleId="Sterkreferanse">
    <w:name w:val="Intense Reference"/>
    <w:uiPriority w:val="32"/>
    <w:qFormat/>
    <w:rsid w:val="3148E36F"/>
    <w:rPr>
      <w:b/>
      <w:bCs/>
      <w:smallCaps/>
      <w:color w:val="C0504D" w:themeColor="accent2"/>
      <w:u w:val="single"/>
    </w:rPr>
  </w:style>
  <w:style w:type="character" w:styleId="Boktittel">
    <w:name w:val="Book Title"/>
    <w:uiPriority w:val="33"/>
    <w:qFormat/>
    <w:rsid w:val="3148E36F"/>
    <w:rPr>
      <w:b/>
      <w:bCs/>
      <w:smallCaps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lrutenett">
    <w:name w:val="Table Grid"/>
    <w:basedOn w:val="Vanlig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legging">
    <w:name w:val="Light Shading"/>
    <w:basedOn w:val="Vanlig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rutenett">
    <w:name w:val="Light Grid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ddelsskyggelegging1">
    <w:name w:val="Medium Shading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gerikskyggelegging">
    <w:name w:val="Colorful Shading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trutenett">
    <w:name w:val="Colorful Grid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kobling">
    <w:name w:val="Hyperlink"/>
    <w:uiPriority w:val="99"/>
    <w:unhideWhenUsed/>
    <w:rsid w:val="3148E36F"/>
    <w:rPr>
      <w:color w:val="0000FF"/>
      <w:u w:val="single"/>
    </w:rPr>
  </w:style>
  <w:style w:type="table" w:styleId="Vanligtabell1">
    <w:name w:val="Plain Table 1"/>
    <w:basedOn w:val="Vanligtabell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Fulgthyperkobling">
    <w:name w:val="FollowedHyperlink"/>
    <w:basedOn w:val="Standardskriftforavsnitt"/>
    <w:uiPriority w:val="99"/>
    <w:semiHidden/>
    <w:unhideWhenUsed/>
    <w:rsid w:val="00FD439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erje.hovde@fagforbundet.org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ost.008@fagforbundet.or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9E458D76617342878A1B3526B47015" ma:contentTypeVersion="3" ma:contentTypeDescription="Opprett et nytt dokument." ma:contentTypeScope="" ma:versionID="38789dc9020fee6e0aeb023f3d78333d">
  <xsd:schema xmlns:xsd="http://www.w3.org/2001/XMLSchema" xmlns:xs="http://www.w3.org/2001/XMLSchema" xmlns:p="http://schemas.microsoft.com/office/2006/metadata/properties" xmlns:ns2="a3ff521b-d0af-432f-b717-2da3018f80b3" targetNamespace="http://schemas.microsoft.com/office/2006/metadata/properties" ma:root="true" ma:fieldsID="e4002a90f696b341434ea0a485310fee" ns2:_="">
    <xsd:import namespace="a3ff521b-d0af-432f-b717-2da3018f80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ff521b-d0af-432f-b717-2da3018f80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CAB01A4-85C0-41B4-A8CA-7EAA13D654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1CCC37C-282D-400C-A157-3A88A97864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ff521b-d0af-432f-b717-2da3018f80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E379ADA-AA80-428F-987B-23E6781C7C3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</Words>
  <Characters>467</Characters>
  <Application>Microsoft Office Word</Application>
  <DocSecurity>0</DocSecurity>
  <Lines>3</Lines>
  <Paragraphs>1</Paragraphs>
  <ScaleCrop>false</ScaleCrop>
  <Manager/>
  <Company/>
  <LinksUpToDate>false</LinksUpToDate>
  <CharactersWithSpaces>553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Mats Monsen</cp:lastModifiedBy>
  <cp:revision>5</cp:revision>
  <cp:lastPrinted>2026-10-07T12:27:00Z</cp:lastPrinted>
  <dcterms:created xsi:type="dcterms:W3CDTF">2013-12-23T23:15:00Z</dcterms:created>
  <dcterms:modified xsi:type="dcterms:W3CDTF">2026-10-07T12:27:00Z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0x0101006C9E458D76617342878A1B3526B47015</vt:lpwstr>
  </property>
</Properties>
</file>